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A0F0F"/>
          <w:sz w:val="34"/>
        </w:rPr>
        <w:t>ООО «ГИДРОМАШ»</w:t>
      </w:r>
    </w:p>
    <w:p>
      <w:pPr>
        <w:spacing w:after="80"/>
      </w:pPr>
      <w:r>
        <w:rPr>
          <w:color w:val="5F6672"/>
          <w:sz w:val="17"/>
        </w:rPr>
        <w:t>Промышленная гидравлика и пневматика · ИНН 6671019917</w:t>
        <w:br/>
        <w:t>+7 (343) 361-89-99 · 3618999@mail.ru · sd-tehno.ru</w:t>
      </w:r>
    </w:p>
    <w:p>
      <w:pPr>
        <w:pBdr>
          <w:bottom w:val="single" w:sz="18" w:space="1" w:color="DA0F0F"/>
        </w:pBdr>
        <w:spacing w:after="200"/>
      </w:pPr>
    </w:p>
    <w:p>
      <w:pPr>
        <w:spacing w:after="40"/>
        <w:jc w:val="center"/>
      </w:pPr>
      <w:r>
        <w:rPr>
          <w:b/>
          <w:sz w:val="28"/>
        </w:rPr>
        <w:t>ПИСЬМО НА ОТГРУЗКУ ТРЕТЬЕМУ ЛИЦУ</w:t>
      </w:r>
    </w:p>
    <w:p>
      <w:pPr>
        <w:spacing w:after="200"/>
        <w:jc w:val="center"/>
      </w:pPr>
      <w:r>
        <w:rPr>
          <w:color w:val="5F6672"/>
          <w:sz w:val="18"/>
        </w:rPr>
        <w:t>Если получить товар должен не покупатель, а другая организация или представитель.</w:t>
      </w:r>
    </w:p>
    <w:p>
      <w:pPr>
        <w:spacing w:before="200" w:after="80"/>
      </w:pPr>
      <w:r>
        <w:rPr>
          <w:b/>
          <w:color w:val="DA0F0F"/>
          <w:sz w:val="22"/>
        </w:rPr>
        <w:t>Реквизиты отправителя письма (покупателя)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space="0" w:color="D8DCE3"/>
          <w:left w:val="single" w:sz="6" w:space="0" w:color="D8DCE3"/>
          <w:bottom w:val="single" w:sz="6" w:space="0" w:color="D8DCE3"/>
          <w:right w:val="single" w:sz="6" w:space="0" w:color="D8DCE3"/>
          <w:insideH w:val="single" w:sz="6" w:space="0" w:color="D8DCE3"/>
          <w:insideV w:val="single" w:sz="6" w:space="0" w:color="D8DCE3"/>
        </w:tblBorders>
      </w:tblPr>
      <w:tblGrid>
        <w:gridCol w:w="5128"/>
        <w:gridCol w:w="5128"/>
      </w:tblGrid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Организация, ИНН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Контактное лицо, телефон</w:t>
            </w:r>
          </w:p>
        </w:tc>
        <w:tc>
          <w:tcPr>
            <w:tcW w:type="dxa" w:w="5272"/>
          </w:tcPr>
          <w:p/>
        </w:tc>
      </w:tr>
    </w:tbl>
    <w:p>
      <w:pPr>
        <w:spacing w:before="200" w:after="80"/>
      </w:pPr>
      <w:r>
        <w:rPr>
          <w:b/>
          <w:color w:val="DA0F0F"/>
          <w:sz w:val="22"/>
        </w:rPr>
        <w:t>Текст письма</w:t>
      </w:r>
    </w:p>
    <w:p>
      <w:r>
        <w:rPr>
          <w:sz w:val="21"/>
        </w:rPr>
        <w:t>В ООО «ГИДРОМАШ»</w:t>
        <w:br/>
        <w:br/>
      </w:r>
    </w:p>
    <w:p>
      <w:r>
        <w:rPr>
          <w:sz w:val="21"/>
        </w:rPr>
        <w:t>Просим отгрузить оборудование по счёту № ____________ от «____» __________ 20___ г. в адрес третьего лица:</w:t>
        <w:br/>
        <w:br/>
        <w:t>Наименование получателя: ______________________________________</w:t>
        <w:br/>
        <w:t>ИНН / ОГРН получателя: ________________________________________</w:t>
        <w:br/>
        <w:t>Представитель (ФИО, паспорт): _________________________________</w:t>
        <w:br/>
        <w:t>Доверенность №: ______________ от «____» __________ 20___ г.</w:t>
        <w:br/>
        <w:t>Телефон представителя: ________________________________________</w:t>
        <w:br/>
        <w:br/>
        <w:t>Оплату по счёту гарантируем / оплата произведена платёжным поручением № __________ от «____» __________ 20___ г. (нужное подчеркнуть).</w:t>
        <w:br/>
        <w:br/>
        <w:t>Обязательства по приёмке товара и подписанию отгрузочных документов возлагаются на указанного получателя.</w:t>
      </w:r>
    </w:p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386"/>
          </w:tcPr>
          <w:p>
            <w:r>
              <w:rPr>
                <w:sz w:val="20"/>
              </w:rPr>
              <w:t>__________________________________</w:t>
            </w:r>
          </w:p>
          <w:p>
            <w:r>
              <w:rPr>
                <w:color w:val="5F6672"/>
                <w:sz w:val="16"/>
              </w:rPr>
              <w:t>Руководитель организации (ФИО)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__________________________</w:t>
            </w:r>
          </w:p>
          <w:p>
            <w:r>
              <w:rPr>
                <w:color w:val="5F6672"/>
                <w:sz w:val="16"/>
              </w:rPr>
              <w:t>Подпись, печать / дата</w:t>
            </w:r>
          </w:p>
        </w:tc>
      </w:tr>
    </w:tbl>
    <w:p>
      <w:pPr>
        <w:spacing w:before="280"/>
      </w:pPr>
      <w:r>
        <w:rPr>
          <w:color w:val="5F6672"/>
          <w:sz w:val="18"/>
        </w:rPr>
        <w:t>Заполненный бланк пришлите на 3618999@mail.ru — ответим в течение рабочего дня.</w:t>
      </w:r>
    </w:p>
    <w:sectPr w:rsidR="00FC693F" w:rsidRPr="0006063C" w:rsidSect="00034616">
      <w:pgSz w:w="12240" w:h="15840"/>
      <w:pgMar w:top="907" w:right="850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