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A0F0F"/>
          <w:sz w:val="34"/>
        </w:rPr>
        <w:t>ООО «ГИДРОМАШ»</w:t>
      </w:r>
    </w:p>
    <w:p>
      <w:pPr>
        <w:spacing w:after="80"/>
      </w:pPr>
      <w:r>
        <w:rPr>
          <w:color w:val="5F6672"/>
          <w:sz w:val="17"/>
        </w:rPr>
        <w:t>Промышленная гидравлика и пневматика · ИНН 6671019917</w:t>
        <w:br/>
        <w:t>+7 (343) 361-89-99 · 3618999@mail.ru · sd-tehno.ru</w:t>
      </w:r>
    </w:p>
    <w:p>
      <w:pPr>
        <w:pBdr>
          <w:bottom w:val="single" w:sz="18" w:space="1" w:color="DA0F0F"/>
        </w:pBdr>
        <w:spacing w:after="200"/>
      </w:pPr>
    </w:p>
    <w:p>
      <w:pPr>
        <w:spacing w:after="40"/>
        <w:jc w:val="center"/>
      </w:pPr>
      <w:r>
        <w:rPr>
          <w:b/>
          <w:sz w:val="28"/>
        </w:rPr>
        <w:t>ПИСЬМО НА ОТГРУЗКУ ТРАНСПОРТНОЙ КОМПАНИЕЙ</w:t>
      </w:r>
    </w:p>
    <w:p>
      <w:pPr>
        <w:spacing w:after="200"/>
        <w:jc w:val="center"/>
      </w:pPr>
      <w:r>
        <w:rPr>
          <w:color w:val="5F6672"/>
          <w:sz w:val="18"/>
        </w:rPr>
        <w:t>Оформляется на бланке организации-покупателя и подписывается руководителем.</w:t>
      </w:r>
    </w:p>
    <w:p>
      <w:pPr>
        <w:spacing w:before="200" w:after="80"/>
      </w:pPr>
      <w:r>
        <w:rPr>
          <w:b/>
          <w:color w:val="DA0F0F"/>
          <w:sz w:val="22"/>
        </w:rPr>
        <w:t>Реквизиты отправителя письма (покупателя)</w:t>
      </w:r>
    </w:p>
    <w:tbl>
      <w:tblPr>
        <w:tblW w:type="auto" w:w="0"/>
        <w:jc w:val="left"/>
        <w:tblLook w:firstColumn="1" w:firstRow="1" w:lastColumn="0" w:lastRow="0" w:noHBand="0" w:noVBand="1" w:val="04A0"/>
        <w:tblBorders>
          <w:top w:val="single" w:sz="6" w:space="0" w:color="D8DCE3"/>
          <w:left w:val="single" w:sz="6" w:space="0" w:color="D8DCE3"/>
          <w:bottom w:val="single" w:sz="6" w:space="0" w:color="D8DCE3"/>
          <w:right w:val="single" w:sz="6" w:space="0" w:color="D8DCE3"/>
          <w:insideH w:val="single" w:sz="6" w:space="0" w:color="D8DCE3"/>
          <w:insideV w:val="single" w:sz="6" w:space="0" w:color="D8DCE3"/>
        </w:tblBorders>
      </w:tblPr>
      <w:tblGrid>
        <w:gridCol w:w="5128"/>
        <w:gridCol w:w="5128"/>
      </w:tblGrid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Организация, ИНН</w:t>
            </w:r>
          </w:p>
        </w:tc>
        <w:tc>
          <w:tcPr>
            <w:tcW w:type="dxa" w:w="5272"/>
          </w:tcPr>
          <w:p/>
        </w:tc>
      </w:tr>
      <w:tr>
        <w:tc>
          <w:tcPr>
            <w:tcW w:type="dxa" w:w="4082"/>
            <w:shd w:val="clear" w:fill="F7F9FC"/>
          </w:tcPr>
          <w:p>
            <w:r>
              <w:rPr>
                <w:sz w:val="20"/>
              </w:rPr>
              <w:t>Контактное лицо, телефон</w:t>
            </w:r>
          </w:p>
        </w:tc>
        <w:tc>
          <w:tcPr>
            <w:tcW w:type="dxa" w:w="5272"/>
          </w:tcPr>
          <w:p/>
        </w:tc>
      </w:tr>
    </w:tbl>
    <w:p>
      <w:pPr>
        <w:spacing w:before="200" w:after="80"/>
      </w:pPr>
      <w:r>
        <w:rPr>
          <w:b/>
          <w:color w:val="DA0F0F"/>
          <w:sz w:val="22"/>
        </w:rPr>
        <w:t>Текст письма</w:t>
      </w:r>
    </w:p>
    <w:p>
      <w:r>
        <w:rPr>
          <w:sz w:val="21"/>
        </w:rPr>
        <w:t>В ООО «ГИДРОМАШ»</w:t>
        <w:br/>
        <w:br/>
      </w:r>
    </w:p>
    <w:p>
      <w:r>
        <w:rPr>
          <w:sz w:val="21"/>
        </w:rPr>
        <w:t>Просим отгрузить оборудование по счёту № ____________ от «____» __________ 20___ г. транспортной компанией ______________________________ до терминала в пункте назначения ______________________________.</w:t>
        <w:br/>
        <w:br/>
        <w:t>Реквизиты для оформления перевозки:</w:t>
        <w:br/>
        <w:t>Грузополучатель: ______________________________________________</w:t>
        <w:br/>
        <w:t>ИНН грузополучателя: __________________________________________</w:t>
        <w:br/>
        <w:t>Контактное лицо и телефон: ____________________________________</w:t>
        <w:br/>
        <w:t>Адрес доставки / терминал: ____________________________________</w:t>
        <w:br/>
        <w:t>Способ доставки: до терминала / до двери (нужное подчеркнуть)</w:t>
        <w:br/>
        <w:t>Оплата перевозки: за счёт отправителя / за счёт получателя (нужное подчеркнуть)</w:t>
        <w:br/>
        <w:br/>
        <w:t>Ответственность за достоверность реквизитов несёт покупатель. Претензии по количеству и внешнему виду груза принимаются перевозчиком при получении.</w:t>
      </w:r>
    </w:p>
    <w:p/>
    <w:tbl>
      <w:tblPr>
        <w:tblW w:type="auto" w:w="0"/>
        <w:jc w:val="left"/>
        <w:tblLook w:firstColumn="1" w:firstRow="1" w:lastColumn="0" w:lastRow="0" w:noHBand="0" w:noVBand="1" w:val="04A0"/>
      </w:tblPr>
      <w:tblGrid>
        <w:gridCol w:w="5128"/>
        <w:gridCol w:w="5128"/>
      </w:tblGrid>
      <w:tr>
        <w:tc>
          <w:tcPr>
            <w:tcW w:type="dxa" w:w="5386"/>
          </w:tcPr>
          <w:p>
            <w:r>
              <w:rPr>
                <w:sz w:val="20"/>
              </w:rPr>
              <w:t>__________________________________</w:t>
            </w:r>
          </w:p>
          <w:p>
            <w:r>
              <w:rPr>
                <w:color w:val="5F6672"/>
                <w:sz w:val="16"/>
              </w:rPr>
              <w:t>Руководитель организации (ФИО)</w:t>
            </w:r>
          </w:p>
        </w:tc>
        <w:tc>
          <w:tcPr>
            <w:tcW w:type="dxa" w:w="3969"/>
          </w:tcPr>
          <w:p>
            <w:r>
              <w:rPr>
                <w:sz w:val="20"/>
              </w:rPr>
              <w:t>__________________________</w:t>
            </w:r>
          </w:p>
          <w:p>
            <w:r>
              <w:rPr>
                <w:color w:val="5F6672"/>
                <w:sz w:val="16"/>
              </w:rPr>
              <w:t>Подпись, печать / дата</w:t>
            </w:r>
          </w:p>
        </w:tc>
      </w:tr>
    </w:tbl>
    <w:p>
      <w:pPr>
        <w:spacing w:before="280"/>
      </w:pPr>
      <w:r>
        <w:rPr>
          <w:color w:val="5F6672"/>
          <w:sz w:val="18"/>
        </w:rPr>
        <w:t>Заполненный бланк пришлите на 3618999@mail.ru — ответим в течение рабочего дня.</w:t>
      </w:r>
    </w:p>
    <w:sectPr w:rsidR="00FC693F" w:rsidRPr="0006063C" w:rsidSect="00034616">
      <w:pgSz w:w="12240" w:h="15840"/>
      <w:pgMar w:top="907" w:right="850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eastAsia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